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Help wanted ad template</w:t>
      </w:r>
    </w:p>
    <w:p>
      <w:pPr>
        <w:spacing w:after="280"/>
      </w:pPr>
      <w:r>
        <w:rPr>
          <w:rFonts w:ascii="Arial" w:hAnsi="Arial" w:cs="Arial" w:eastAsia="Arial"/>
          <w:color w:val="6B7280"/>
          <w:sz w:val="21"/>
        </w:rPr>
        <w:t>Six lines, one way to apply. The short classified form.</w:t>
      </w:r>
    </w:p>
    <w:p>
      <w:pPr>
        <w:spacing w:before="40" w:after="120" w:line="300" w:lineRule="auto"/>
        <w:ind w:left="198"/>
        <w:shd w:val="clear" w:color="auto" w:fill="F5F6F8"/>
        <w:pBdr>
          <w:left w:val="single" w:sz="18" w:space="6" w:color="F61F77"/>
        </w:pBdr>
      </w:pPr>
      <w:r>
        <w:rPr>
          <w:rFonts w:ascii="Arial" w:hAnsi="Arial" w:cs="Arial" w:eastAsia="Arial"/>
          <w:b w:val="0"/>
          <w:color w:val="0F1120"/>
          <w:sz w:val="20"/>
        </w:rPr>
        <w:t>{like this} = yours to replace. Everything else is wording you can keep.</w:t>
      </w:r>
    </w:p>
    <w:p>
      <w:pPr>
        <w:spacing w:after="120"/>
      </w:pPr>
      <w:r>
        <w:t>A help wanted ad is a classified, not a job description. Six lines, under sixty words, one way to apply. If a line does not change whether somebody turns up, it does not go in.</w:t>
      </w:r>
    </w:p>
    <w:p>
      <w:pPr>
        <w:pStyle w:val="Heading1"/>
        <w:pBdr>
          <w:bottom w:val="single" w:sz="6" w:space="4" w:color="D9DBE3"/>
        </w:pBdr>
        <w:keepNext/>
      </w:pPr>
      <w:r>
        <w:t>The six lines</w:t>
      </w:r>
    </w:p>
    <w:p>
      <w:pPr>
        <w:pStyle w:val="Heading2"/>
        <w:keepNext/>
      </w:pPr>
      <w:r>
        <w:t>Line 1. The job, named</w:t>
      </w:r>
    </w:p>
    <w:p>
      <w:pPr>
        <w:spacing w:after="120"/>
      </w:pPr>
      <w:r>
        <w:t>HELP WANTED: {Job Title}</w:t>
      </w:r>
    </w:p>
    <w:p>
      <w:pPr>
        <w:pStyle w:val="Heading2"/>
        <w:keepNext/>
      </w:pPr>
      <w:r>
        <w:t>Line 2. Who and where</w:t>
      </w:r>
    </w:p>
    <w:p>
      <w:pPr>
        <w:spacing w:after="120"/>
      </w:pPr>
      <w:r>
        <w:t>{Company}, {City}</w:t>
      </w:r>
    </w:p>
    <w:p>
      <w:pPr>
        <w:pStyle w:val="Heading2"/>
        <w:keepNext/>
      </w:pPr>
      <w:r>
        <w:t>Line 3. When</w:t>
      </w:r>
    </w:p>
    <w:p>
      <w:pPr>
        <w:spacing w:after="120"/>
      </w:pPr>
      <w:r>
        <w:t>{Days}, {shift times}</w:t>
      </w:r>
    </w:p>
    <w:p>
      <w:pPr>
        <w:pStyle w:val="Heading2"/>
        <w:keepNext/>
      </w:pPr>
      <w:r>
        <w:t>Line 4. Pay</w:t>
      </w:r>
    </w:p>
    <w:p>
      <w:pPr>
        <w:spacing w:after="120"/>
      </w:pPr>
      <w:r>
        <w:t>{Pay rate} an hour, paid {weekly}</w:t>
      </w:r>
    </w:p>
    <w:p>
      <w:pPr>
        <w:pStyle w:val="Heading2"/>
        <w:keepNext/>
      </w:pPr>
      <w:r>
        <w:t>Line 5. The one requirement, and what you provide instead of asking for more</w:t>
      </w:r>
    </w:p>
    <w:p>
      <w:pPr>
        <w:spacing w:after="120"/>
      </w:pPr>
      <w:r>
        <w:t>{The single thing the person must have or be}. {What you supply: the training, the kit, the licence, the uniform}.</w:t>
      </w:r>
    </w:p>
    <w:p>
      <w:pPr>
        <w:pStyle w:val="Heading2"/>
        <w:keepNext/>
      </w:pPr>
      <w:r>
        <w:t>Line 6. One way to apply</w:t>
      </w:r>
    </w:p>
    <w:p>
      <w:pPr>
        <w:spacing w:after="120"/>
      </w:pPr>
      <w:r>
        <w:t>{Call, text, or come in}, {contact}, {when}.</w:t>
      </w:r>
    </w:p>
    <w:p>
      <w:pPr>
        <w:pStyle w:val="Heading1"/>
        <w:pBdr>
          <w:bottom w:val="single" w:sz="6" w:space="4" w:color="D9DBE3"/>
        </w:pBdr>
        <w:keepNext/>
      </w:pPr>
      <w:r>
        <w:t>Filled samples</w:t>
      </w:r>
    </w:p>
    <w:p>
      <w:pPr>
        <w:pStyle w:val="Heading2"/>
        <w:keepNext/>
      </w:pPr>
      <w:r>
        <w:t>Cleaner</w:t>
      </w:r>
    </w:p>
    <w:p>
      <w:pPr>
        <w:spacing w:after="140"/>
        <w:keepNext/>
      </w:pPr>
      <w:r>
        <w:rPr>
          <w:rFonts w:ascii="Arial" w:hAnsi="Arial" w:cs="Arial" w:eastAsia="Arial"/>
          <w:i/>
          <w:color w:val="6B7280"/>
          <w:sz w:val="18"/>
        </w:rPr>
        <w:t>Evening or early morning work, hired on trust and reliability.</w:t>
      </w:r>
    </w:p>
    <w:p>
      <w:pPr>
        <w:spacing w:after="60" w:line="288" w:lineRule="auto"/>
      </w:pPr>
      <w:r>
        <w:rPr>
          <w:rFonts w:ascii="Arial" w:hAnsi="Arial" w:cs="Arial" w:eastAsia="Arial"/>
          <w:b/>
          <w:sz w:val="21"/>
        </w:rPr>
        <w:t>HELP WANTED: Cleaner</w:t>
      </w:r>
    </w:p>
    <w:p>
      <w:pPr>
        <w:spacing w:after="60" w:line="288" w:lineRule="auto"/>
      </w:pPr>
      <w:r>
        <w:rPr>
          <w:rFonts w:ascii="Arial" w:hAnsi="Arial" w:cs="Arial" w:eastAsia="Arial"/>
          <w:sz w:val="21"/>
        </w:rPr>
        <w:t>{Company}, {City}</w:t>
      </w:r>
    </w:p>
    <w:p>
      <w:pPr>
        <w:spacing w:after="60" w:line="288" w:lineRule="auto"/>
      </w:pPr>
      <w:r>
        <w:rPr>
          <w:rFonts w:ascii="Arial" w:hAnsi="Arial" w:cs="Arial" w:eastAsia="Arial"/>
          <w:sz w:val="21"/>
        </w:rPr>
        <w:t>{Monday to Friday}, evenings, {number} hours a shift</w:t>
      </w:r>
    </w:p>
    <w:p>
      <w:pPr>
        <w:spacing w:after="60" w:line="288" w:lineRule="auto"/>
      </w:pPr>
      <w:r>
        <w:rPr>
          <w:rFonts w:ascii="Arial" w:hAnsi="Arial" w:cs="Arial" w:eastAsia="Arial"/>
          <w:sz w:val="21"/>
        </w:rPr>
        <w:t>{Pay rate} an hour, paid weekly</w:t>
      </w:r>
    </w:p>
    <w:p>
      <w:pPr>
        <w:spacing w:after="60" w:line="288" w:lineRule="auto"/>
      </w:pPr>
      <w:r>
        <w:rPr>
          <w:rFonts w:ascii="Arial" w:hAnsi="Arial" w:cs="Arial" w:eastAsia="Arial"/>
          <w:sz w:val="21"/>
        </w:rPr>
        <w:t>You work alone and you are trusted with keys. No experience needed, equipment and training provided.</w:t>
      </w:r>
    </w:p>
    <w:p>
      <w:pPr>
        <w:spacing w:after="60" w:line="288" w:lineRule="auto"/>
      </w:pPr>
      <w:r>
        <w:rPr>
          <w:rFonts w:ascii="Arial" w:hAnsi="Arial" w:cs="Arial" w:eastAsia="Arial"/>
          <w:sz w:val="21"/>
        </w:rPr>
        <w:t>Call {Name} on {number} between {times}, or knock at the {back door} any evening this week.</w:t>
      </w:r>
    </w:p>
    <w:p>
      <w:pPr>
        <w:pStyle w:val="Heading2"/>
        <w:keepNext/>
      </w:pPr>
      <w:r>
        <w:t>Delivery driver</w:t>
      </w:r>
    </w:p>
    <w:p>
      <w:pPr>
        <w:spacing w:after="140"/>
        <w:keepNext/>
      </w:pPr>
      <w:r>
        <w:rPr>
          <w:rFonts w:ascii="Arial" w:hAnsi="Arial" w:cs="Arial" w:eastAsia="Arial"/>
          <w:i/>
          <w:color w:val="6B7280"/>
          <w:sz w:val="18"/>
        </w:rPr>
        <w:t>Licensed shift work where the round, the finish time and the van are the pitch.</w:t>
      </w:r>
    </w:p>
    <w:p>
      <w:pPr>
        <w:spacing w:after="60" w:line="288" w:lineRule="auto"/>
      </w:pPr>
      <w:r>
        <w:rPr>
          <w:rFonts w:ascii="Arial" w:hAnsi="Arial" w:cs="Arial" w:eastAsia="Arial"/>
          <w:b/>
          <w:sz w:val="21"/>
        </w:rPr>
        <w:t>HELP WANTED: Delivery Driver</w:t>
      </w:r>
    </w:p>
    <w:p>
      <w:pPr>
        <w:spacing w:after="60" w:line="288" w:lineRule="auto"/>
      </w:pPr>
      <w:r>
        <w:rPr>
          <w:rFonts w:ascii="Arial" w:hAnsi="Arial" w:cs="Arial" w:eastAsia="Arial"/>
          <w:sz w:val="21"/>
        </w:rPr>
        <w:t>{Company}, {City}</w:t>
      </w:r>
    </w:p>
    <w:p>
      <w:pPr>
        <w:spacing w:after="60" w:line="288" w:lineRule="auto"/>
      </w:pPr>
      <w:r>
        <w:rPr>
          <w:rFonts w:ascii="Arial" w:hAnsi="Arial" w:cs="Arial" w:eastAsia="Arial"/>
          <w:sz w:val="21"/>
        </w:rPr>
        <w:t>{Tuesday to Saturday}, early starts, home by {time}</w:t>
      </w:r>
    </w:p>
    <w:p>
      <w:pPr>
        <w:spacing w:after="60" w:line="288" w:lineRule="auto"/>
      </w:pPr>
      <w:r>
        <w:rPr>
          <w:rFonts w:ascii="Arial" w:hAnsi="Arial" w:cs="Arial" w:eastAsia="Arial"/>
          <w:sz w:val="21"/>
        </w:rPr>
        <w:t>{Pay rate} an hour plus {mileage}, paid weekly</w:t>
      </w:r>
    </w:p>
    <w:p>
      <w:pPr>
        <w:spacing w:after="60" w:line="288" w:lineRule="auto"/>
      </w:pPr>
      <w:r>
        <w:rPr>
          <w:rFonts w:ascii="Arial" w:hAnsi="Arial" w:cs="Arial" w:eastAsia="Arial"/>
          <w:sz w:val="21"/>
        </w:rPr>
        <w:t>Full licence and {number} year of driving. Around {number} drops a day, van provided, fuelled and maintained.</w:t>
      </w:r>
    </w:p>
    <w:p>
      <w:pPr>
        <w:spacing w:after="60" w:line="288" w:lineRule="auto"/>
      </w:pPr>
      <w:r>
        <w:rPr>
          <w:rFonts w:ascii="Arial" w:hAnsi="Arial" w:cs="Arial" w:eastAsia="Arial"/>
          <w:sz w:val="21"/>
        </w:rPr>
        <w:t>Text {number} with your name and how long you have held your licence. We call back the same day.</w:t>
      </w:r>
    </w:p>
    <w:sectPr w:rsidR="00FC693F" w:rsidRPr="0006063C" w:rsidSect="00034616">
      <w:footerReference w:type="default" r:id="rId9"/>
      <w:pgSz w:w="11906" w:h="16838"/>
      <w:pgMar w:top="1247" w:right="1361" w:bottom="1134" w:left="1361" w:header="72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cs="Arial" w:eastAsia="Arial"/>
        <w:color w:val="6B7280"/>
        <w:sz w:val="17"/>
      </w:rPr>
      <w:t>Template from RecruitmentAds.com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293" w:lineRule="auto"/>
    </w:pPr>
    <w:rPr>
      <w:rFonts w:ascii="Arial" w:hAnsi="Arial" w:cs="Arial" w:eastAsia="Arial"/>
      <w:color w:val="2225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40" w:line="264" w:lineRule="auto"/>
      <w:outlineLvl w:val="0"/>
    </w:pPr>
    <w:rPr>
      <w:rFonts w:ascii="Georgia" w:hAnsi="Georgia" w:cs="Georgia" w:eastAsia="Georgia"/>
      <w:b/>
      <w:bCs/>
      <w:i w:val="0"/>
      <w:color w:val="0F11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00" w:after="100" w:line="264" w:lineRule="auto"/>
      <w:outlineLvl w:val="1"/>
    </w:pPr>
    <w:rPr>
      <w:rFonts w:ascii="Georgia" w:hAnsi="Georgia" w:cs="Georgia" w:eastAsia="Georgia"/>
      <w:b/>
      <w:bCs/>
      <w:i w:val="0"/>
      <w:color w:val="0F112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252" w:lineRule="auto" w:before="0"/>
      <w:contextualSpacing/>
    </w:pPr>
    <w:rPr>
      <w:rFonts w:ascii="Georgia" w:hAnsi="Georgia" w:cs="Georgia" w:eastAsia="Georgia"/>
      <w:b/>
      <w:color w:val="0F1120"/>
      <w:spacing w:val="-6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100" w:line="288" w:lineRule="auto"/>
      <w:ind w:left="360" w:hanging="360"/>
      <w:contextualSpacing/>
    </w:pPr>
    <w:rPr>
      <w:rFonts w:ascii="Arial" w:hAnsi="Arial" w:cs="Arial" w:eastAsia="Arial"/>
      <w:color w:val="22252F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RecruitmentAds.com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 wanted ad template</dc:title>
  <dc:subject>Help wanted ad template</dc:subject>
  <dc:creator>RecruitmentAds.com</dc:creator>
  <cp:keywords>job ad template, job advert template, hiring</cp:keywords>
  <dc:description>The six-line classified version, with two filled samples. Free to use in your own hiring, including commercially.</dc:description>
  <cp:lastModifiedBy>RecruitmentAds.com</cp:lastModifiedBy>
  <cp:revision>1</cp:revision>
  <dcterms:created xsi:type="dcterms:W3CDTF">2026-09-01T09:00:00Z</dcterms:created>
  <dcterms:modified xsi:type="dcterms:W3CDTF">2026-09-01T09:00:00Z</dcterms:modified>
  <cp:category>Template</cp:category>
</cp:coreProperties>
</file>